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779" w:rsidRDefault="00EB305A" w:rsidP="00EB305A">
      <w:pPr>
        <w:pStyle w:val="1"/>
        <w:rPr>
          <w:lang w:val="kk-KZ"/>
        </w:rPr>
      </w:pPr>
      <w:r>
        <w:rPr>
          <w:lang w:val="kk-KZ"/>
        </w:rPr>
        <w:t>Қажымұқан ауылының жалпы орта білім беретін мектебіндегі өзін</w:t>
      </w:r>
      <w:r>
        <w:t>-</w:t>
      </w:r>
      <w:r>
        <w:rPr>
          <w:lang w:val="kk-KZ"/>
        </w:rPr>
        <w:t xml:space="preserve">өзі басқару ұйымының </w:t>
      </w:r>
      <w:r>
        <w:t>2024-2025</w:t>
      </w:r>
      <w:r>
        <w:rPr>
          <w:lang w:val="kk-KZ"/>
        </w:rPr>
        <w:t xml:space="preserve"> оқу жылының бірінші жартыжылдық есебі</w:t>
      </w:r>
    </w:p>
    <w:p w:rsidR="00EB305A" w:rsidRPr="00EB305A" w:rsidRDefault="00EB305A" w:rsidP="00EB305A">
      <w:pPr>
        <w:rPr>
          <w:lang w:val="kk-KZ"/>
        </w:rPr>
      </w:pPr>
    </w:p>
    <w:p w:rsidR="00D06779" w:rsidRPr="00EB305A" w:rsidRDefault="00BC6A39">
      <w:pPr>
        <w:rPr>
          <w:lang w:val="kk-KZ"/>
        </w:rPr>
      </w:pPr>
      <w:r w:rsidRPr="00EB305A">
        <w:rPr>
          <w:lang w:val="kk-KZ"/>
        </w:rPr>
        <w:t>Бұл есеп 2024-2025 оқу жылының 1-жартыжылдығында мектептегі тәлімгер мен өзін-өзі басқару ұйымының атқарған жұмыстары туралы ақпарат береді. Оқушылардың тәрбие жұмысына, мектепішілік іс-шараларға белсенді қатысуын ұйымдастыру және</w:t>
      </w:r>
      <w:r w:rsidRPr="00EB305A">
        <w:rPr>
          <w:lang w:val="kk-KZ"/>
        </w:rPr>
        <w:t xml:space="preserve"> олардың көшбасшылық қабілеттерін дамыту мақсатында әртүрлі іс-шаралар өткізілді.</w:t>
      </w:r>
    </w:p>
    <w:p w:rsidR="00D06779" w:rsidRPr="00EB305A" w:rsidRDefault="00BC6A39">
      <w:pPr>
        <w:pStyle w:val="21"/>
        <w:rPr>
          <w:lang w:val="kk-KZ"/>
        </w:rPr>
      </w:pPr>
      <w:r w:rsidRPr="00EB305A">
        <w:rPr>
          <w:lang w:val="kk-KZ"/>
        </w:rPr>
        <w:t>Атқарылған жұмыстар</w:t>
      </w:r>
    </w:p>
    <w:p w:rsidR="00D06779" w:rsidRPr="00EB305A" w:rsidRDefault="00BC6A39">
      <w:pPr>
        <w:pStyle w:val="31"/>
        <w:rPr>
          <w:lang w:val="kk-KZ"/>
        </w:rPr>
      </w:pPr>
      <w:r w:rsidRPr="00EB305A">
        <w:rPr>
          <w:lang w:val="kk-KZ"/>
        </w:rPr>
        <w:t>1. Өзін-өзі басқару ұйымының құрылымы</w:t>
      </w:r>
    </w:p>
    <w:p w:rsidR="00D06779" w:rsidRPr="00EB305A" w:rsidRDefault="00EB305A">
      <w:pPr>
        <w:rPr>
          <w:lang w:val="kk-KZ"/>
        </w:rPr>
      </w:pPr>
      <w:r>
        <w:rPr>
          <w:lang w:val="kk-KZ"/>
        </w:rPr>
        <w:t>- 2024 жылдың қазан</w:t>
      </w:r>
      <w:r w:rsidR="00BC6A39" w:rsidRPr="00EB305A">
        <w:rPr>
          <w:lang w:val="kk-KZ"/>
        </w:rPr>
        <w:t xml:space="preserve"> айында мектептің өзін-өзі басқару ұйымының жаңа құрамы бекітілді.</w:t>
      </w:r>
      <w:r w:rsidR="00BC6A39" w:rsidRPr="00EB305A">
        <w:rPr>
          <w:lang w:val="kk-KZ"/>
        </w:rPr>
        <w:br/>
        <w:t>- Ұйымның төрағасы, оры</w:t>
      </w:r>
      <w:r w:rsidR="00BC6A39" w:rsidRPr="00EB305A">
        <w:rPr>
          <w:lang w:val="kk-KZ"/>
        </w:rPr>
        <w:t>нбасарлары және әр бағыт бойынша жауапты мүшелері сайланды.</w:t>
      </w:r>
      <w:r w:rsidR="00BC6A39" w:rsidRPr="00EB305A">
        <w:rPr>
          <w:lang w:val="kk-KZ"/>
        </w:rPr>
        <w:br/>
        <w:t>- Жұмыс жоспары құрылып, негізгі іс-шаралар белгіленді.</w:t>
      </w:r>
    </w:p>
    <w:p w:rsidR="00D06779" w:rsidRDefault="00BC6A39">
      <w:pPr>
        <w:pStyle w:val="31"/>
      </w:pPr>
      <w:r>
        <w:t>2. Мектепішілік іс-шаралар</w:t>
      </w:r>
    </w:p>
    <w:tbl>
      <w:tblPr>
        <w:tblStyle w:val="aff0"/>
        <w:tblW w:w="0" w:type="auto"/>
        <w:tblLook w:val="04A0" w:firstRow="1" w:lastRow="0" w:firstColumn="1" w:lastColumn="0" w:noHBand="0" w:noVBand="1"/>
      </w:tblPr>
      <w:tblGrid>
        <w:gridCol w:w="1728"/>
        <w:gridCol w:w="1896"/>
        <w:gridCol w:w="1728"/>
        <w:gridCol w:w="1728"/>
        <w:gridCol w:w="2116"/>
      </w:tblGrid>
      <w:tr w:rsidR="00D06779">
        <w:tc>
          <w:tcPr>
            <w:tcW w:w="1728" w:type="dxa"/>
          </w:tcPr>
          <w:p w:rsidR="00D06779" w:rsidRDefault="00BC6A39">
            <w:r>
              <w:t>№</w:t>
            </w:r>
          </w:p>
        </w:tc>
        <w:tc>
          <w:tcPr>
            <w:tcW w:w="1728" w:type="dxa"/>
          </w:tcPr>
          <w:p w:rsidR="00D06779" w:rsidRDefault="00BC6A39">
            <w:r>
              <w:t>Іс-шара атауы</w:t>
            </w:r>
          </w:p>
        </w:tc>
        <w:tc>
          <w:tcPr>
            <w:tcW w:w="1728" w:type="dxa"/>
          </w:tcPr>
          <w:p w:rsidR="00D06779" w:rsidRDefault="00BC6A39">
            <w:r>
              <w:t>Өткізу</w:t>
            </w:r>
            <w:r>
              <w:t xml:space="preserve"> мерзімі</w:t>
            </w:r>
          </w:p>
        </w:tc>
        <w:tc>
          <w:tcPr>
            <w:tcW w:w="1728" w:type="dxa"/>
          </w:tcPr>
          <w:p w:rsidR="00D06779" w:rsidRDefault="00BC6A39">
            <w:r>
              <w:t>Қатысушылар</w:t>
            </w:r>
          </w:p>
        </w:tc>
        <w:tc>
          <w:tcPr>
            <w:tcW w:w="1728" w:type="dxa"/>
          </w:tcPr>
          <w:p w:rsidR="00D06779" w:rsidRDefault="00BC6A39">
            <w:r>
              <w:t>Қысқаша</w:t>
            </w:r>
            <w:r>
              <w:t xml:space="preserve"> сипаттама</w:t>
            </w:r>
          </w:p>
        </w:tc>
      </w:tr>
      <w:tr w:rsidR="00D06779">
        <w:tc>
          <w:tcPr>
            <w:tcW w:w="1728" w:type="dxa"/>
          </w:tcPr>
          <w:p w:rsidR="00D06779" w:rsidRDefault="00BC6A39">
            <w:r>
              <w:t>1</w:t>
            </w:r>
          </w:p>
        </w:tc>
        <w:tc>
          <w:tcPr>
            <w:tcW w:w="1728" w:type="dxa"/>
          </w:tcPr>
          <w:p w:rsidR="00D06779" w:rsidRDefault="00BC6A39">
            <w:r>
              <w:t>Білім күні</w:t>
            </w:r>
          </w:p>
        </w:tc>
        <w:tc>
          <w:tcPr>
            <w:tcW w:w="1728" w:type="dxa"/>
          </w:tcPr>
          <w:p w:rsidR="00D06779" w:rsidRDefault="00BC6A39">
            <w:r>
              <w:t>1 қыркүйек</w:t>
            </w:r>
          </w:p>
        </w:tc>
        <w:tc>
          <w:tcPr>
            <w:tcW w:w="1728" w:type="dxa"/>
          </w:tcPr>
          <w:p w:rsidR="00D06779" w:rsidRDefault="00BC6A39">
            <w:r>
              <w:t>Барлық сыныптар</w:t>
            </w:r>
          </w:p>
        </w:tc>
        <w:tc>
          <w:tcPr>
            <w:tcW w:w="1728" w:type="dxa"/>
          </w:tcPr>
          <w:p w:rsidR="00D06779" w:rsidRDefault="00BC6A39">
            <w:r>
              <w:t>Білім күнін</w:t>
            </w:r>
            <w:r>
              <w:t>е арналған салтанатты жиын өткізілді.</w:t>
            </w:r>
          </w:p>
        </w:tc>
      </w:tr>
      <w:tr w:rsidR="00D06779">
        <w:tc>
          <w:tcPr>
            <w:tcW w:w="1728" w:type="dxa"/>
          </w:tcPr>
          <w:p w:rsidR="00D06779" w:rsidRDefault="00BC6A39">
            <w:r>
              <w:t>2</w:t>
            </w:r>
          </w:p>
        </w:tc>
        <w:tc>
          <w:tcPr>
            <w:tcW w:w="1728" w:type="dxa"/>
          </w:tcPr>
          <w:p w:rsidR="00D06779" w:rsidRDefault="00BC6A39">
            <w:r>
              <w:t>Мұғалімдер күні</w:t>
            </w:r>
          </w:p>
        </w:tc>
        <w:tc>
          <w:tcPr>
            <w:tcW w:w="1728" w:type="dxa"/>
          </w:tcPr>
          <w:p w:rsidR="00D06779" w:rsidRDefault="00BC6A39">
            <w:r>
              <w:t>Қазан</w:t>
            </w:r>
          </w:p>
        </w:tc>
        <w:tc>
          <w:tcPr>
            <w:tcW w:w="1728" w:type="dxa"/>
          </w:tcPr>
          <w:p w:rsidR="00D06779" w:rsidRDefault="00BC6A39">
            <w:r>
              <w:t>Барлық сыныптар</w:t>
            </w:r>
          </w:p>
        </w:tc>
        <w:tc>
          <w:tcPr>
            <w:tcW w:w="1728" w:type="dxa"/>
          </w:tcPr>
          <w:p w:rsidR="00D06779" w:rsidRDefault="00BC6A39">
            <w:r>
              <w:t>Ұстаздарға</w:t>
            </w:r>
            <w:r>
              <w:t xml:space="preserve"> арналған құттықтау шарасы ұйымдастырылды.</w:t>
            </w:r>
          </w:p>
        </w:tc>
      </w:tr>
      <w:tr w:rsidR="00D06779">
        <w:tc>
          <w:tcPr>
            <w:tcW w:w="1728" w:type="dxa"/>
          </w:tcPr>
          <w:p w:rsidR="00D06779" w:rsidRDefault="00BC6A39">
            <w:r>
              <w:t>3</w:t>
            </w:r>
          </w:p>
        </w:tc>
        <w:tc>
          <w:tcPr>
            <w:tcW w:w="1728" w:type="dxa"/>
          </w:tcPr>
          <w:p w:rsidR="00D06779" w:rsidRDefault="00BC6A39">
            <w:r>
              <w:t>«Мектеп президентін сайлау»</w:t>
            </w:r>
          </w:p>
        </w:tc>
        <w:tc>
          <w:tcPr>
            <w:tcW w:w="1728" w:type="dxa"/>
          </w:tcPr>
          <w:p w:rsidR="00D06779" w:rsidRDefault="00BC6A39">
            <w:r>
              <w:t>Қазан</w:t>
            </w:r>
          </w:p>
        </w:tc>
        <w:tc>
          <w:tcPr>
            <w:tcW w:w="1728" w:type="dxa"/>
          </w:tcPr>
          <w:p w:rsidR="00EB305A" w:rsidRDefault="00EB305A">
            <w:r>
              <w:t>7-11</w:t>
            </w:r>
          </w:p>
          <w:p w:rsidR="00D06779" w:rsidRDefault="00BC6A39">
            <w:proofErr w:type="spellStart"/>
            <w:r>
              <w:t>сыныптар</w:t>
            </w:r>
            <w:proofErr w:type="spellEnd"/>
          </w:p>
        </w:tc>
        <w:tc>
          <w:tcPr>
            <w:tcW w:w="1728" w:type="dxa"/>
          </w:tcPr>
          <w:p w:rsidR="00D06779" w:rsidRDefault="00BC6A39">
            <w:r>
              <w:t>Үміткерлер</w:t>
            </w:r>
            <w:r>
              <w:t xml:space="preserve"> тіркеліп, үгіт-насихат жұмыстары жүргізілді.</w:t>
            </w:r>
          </w:p>
        </w:tc>
      </w:tr>
      <w:tr w:rsidR="00D06779">
        <w:tc>
          <w:tcPr>
            <w:tcW w:w="1728" w:type="dxa"/>
          </w:tcPr>
          <w:p w:rsidR="00D06779" w:rsidRDefault="00BC6A39">
            <w:r>
              <w:t>4</w:t>
            </w:r>
          </w:p>
        </w:tc>
        <w:tc>
          <w:tcPr>
            <w:tcW w:w="1728" w:type="dxa"/>
          </w:tcPr>
          <w:p w:rsidR="00D06779" w:rsidRDefault="00BC6A39">
            <w:r>
              <w:t xml:space="preserve">Тәуелсіздік </w:t>
            </w:r>
            <w:r>
              <w:t>күні</w:t>
            </w:r>
          </w:p>
        </w:tc>
        <w:tc>
          <w:tcPr>
            <w:tcW w:w="1728" w:type="dxa"/>
          </w:tcPr>
          <w:p w:rsidR="00D06779" w:rsidRDefault="00BC6A39">
            <w:r>
              <w:t>Желтоқсан</w:t>
            </w:r>
          </w:p>
        </w:tc>
        <w:tc>
          <w:tcPr>
            <w:tcW w:w="1728" w:type="dxa"/>
          </w:tcPr>
          <w:p w:rsidR="00EB305A" w:rsidRDefault="00EB305A">
            <w:r>
              <w:t>7-11</w:t>
            </w:r>
          </w:p>
          <w:p w:rsidR="00D06779" w:rsidRDefault="00BC6A39">
            <w:proofErr w:type="spellStart"/>
            <w:r>
              <w:t>сыныптар</w:t>
            </w:r>
            <w:proofErr w:type="spellEnd"/>
          </w:p>
        </w:tc>
        <w:tc>
          <w:tcPr>
            <w:tcW w:w="1728" w:type="dxa"/>
          </w:tcPr>
          <w:p w:rsidR="00D06779" w:rsidRDefault="00BC6A39">
            <w:r>
              <w:t>Патриоттық кеш, викторина ұйымдастырылды.</w:t>
            </w:r>
          </w:p>
        </w:tc>
      </w:tr>
      <w:tr w:rsidR="00D06779">
        <w:tc>
          <w:tcPr>
            <w:tcW w:w="1728" w:type="dxa"/>
          </w:tcPr>
          <w:p w:rsidR="00D06779" w:rsidRDefault="00BC6A39">
            <w:r>
              <w:t>5</w:t>
            </w:r>
          </w:p>
        </w:tc>
        <w:tc>
          <w:tcPr>
            <w:tcW w:w="1728" w:type="dxa"/>
          </w:tcPr>
          <w:p w:rsidR="00D06779" w:rsidRDefault="00BC6A39">
            <w:r>
              <w:t>Қайырымдылық</w:t>
            </w:r>
            <w:r>
              <w:t xml:space="preserve"> акциясы</w:t>
            </w:r>
          </w:p>
        </w:tc>
        <w:tc>
          <w:tcPr>
            <w:tcW w:w="1728" w:type="dxa"/>
          </w:tcPr>
          <w:p w:rsidR="00D06779" w:rsidRDefault="00BC6A39">
            <w:r>
              <w:t>Қараша</w:t>
            </w:r>
          </w:p>
        </w:tc>
        <w:tc>
          <w:tcPr>
            <w:tcW w:w="1728" w:type="dxa"/>
          </w:tcPr>
          <w:p w:rsidR="00D06779" w:rsidRDefault="00BC6A39">
            <w:r>
              <w:t>Барлық сыныптар</w:t>
            </w:r>
          </w:p>
        </w:tc>
        <w:tc>
          <w:tcPr>
            <w:tcW w:w="1728" w:type="dxa"/>
          </w:tcPr>
          <w:p w:rsidR="00D06779" w:rsidRDefault="00BC6A39">
            <w:r>
              <w:t>Мұқтаж отбасыларға көмек көрсету мақсатында акция ұйымдастырылды.</w:t>
            </w:r>
          </w:p>
        </w:tc>
      </w:tr>
      <w:tr w:rsidR="00D06779" w:rsidRPr="00EB305A">
        <w:tc>
          <w:tcPr>
            <w:tcW w:w="1728" w:type="dxa"/>
          </w:tcPr>
          <w:p w:rsidR="00D06779" w:rsidRDefault="00BC6A39">
            <w:r>
              <w:t>6</w:t>
            </w:r>
          </w:p>
        </w:tc>
        <w:tc>
          <w:tcPr>
            <w:tcW w:w="1728" w:type="dxa"/>
          </w:tcPr>
          <w:p w:rsidR="00D06779" w:rsidRDefault="00BC6A39">
            <w:r>
              <w:t>Жаңа жыл мерекесі</w:t>
            </w:r>
          </w:p>
        </w:tc>
        <w:tc>
          <w:tcPr>
            <w:tcW w:w="1728" w:type="dxa"/>
          </w:tcPr>
          <w:p w:rsidR="00D06779" w:rsidRDefault="00BC6A39">
            <w:r>
              <w:t>Желтоқсан</w:t>
            </w:r>
          </w:p>
        </w:tc>
        <w:tc>
          <w:tcPr>
            <w:tcW w:w="1728" w:type="dxa"/>
          </w:tcPr>
          <w:p w:rsidR="00D06779" w:rsidRDefault="00BC6A39">
            <w:r>
              <w:t>Барлық сыныптар</w:t>
            </w:r>
          </w:p>
        </w:tc>
        <w:tc>
          <w:tcPr>
            <w:tcW w:w="1728" w:type="dxa"/>
          </w:tcPr>
          <w:p w:rsidR="00D06779" w:rsidRPr="00EB305A" w:rsidRDefault="00BC6A39">
            <w:pPr>
              <w:rPr>
                <w:lang w:val="ru-RU"/>
              </w:rPr>
            </w:pPr>
            <w:proofErr w:type="spellStart"/>
            <w:r w:rsidRPr="00EB305A">
              <w:rPr>
                <w:lang w:val="ru-RU"/>
              </w:rPr>
              <w:t>Мерекелі</w:t>
            </w:r>
            <w:proofErr w:type="gramStart"/>
            <w:r w:rsidRPr="00EB305A">
              <w:rPr>
                <w:lang w:val="ru-RU"/>
              </w:rPr>
              <w:t>к</w:t>
            </w:r>
            <w:proofErr w:type="spellEnd"/>
            <w:proofErr w:type="gramEnd"/>
            <w:r w:rsidRPr="00EB305A">
              <w:rPr>
                <w:lang w:val="ru-RU"/>
              </w:rPr>
              <w:t xml:space="preserve"> концерт пен </w:t>
            </w:r>
            <w:proofErr w:type="spellStart"/>
            <w:r w:rsidRPr="00EB305A">
              <w:rPr>
                <w:lang w:val="ru-RU"/>
              </w:rPr>
              <w:t>қойылым</w:t>
            </w:r>
            <w:proofErr w:type="spellEnd"/>
            <w:r w:rsidRPr="00EB305A">
              <w:rPr>
                <w:lang w:val="ru-RU"/>
              </w:rPr>
              <w:t xml:space="preserve"> </w:t>
            </w:r>
            <w:proofErr w:type="spellStart"/>
            <w:r w:rsidRPr="00EB305A">
              <w:rPr>
                <w:lang w:val="ru-RU"/>
              </w:rPr>
              <w:t>өткізілді</w:t>
            </w:r>
            <w:proofErr w:type="spellEnd"/>
            <w:r w:rsidRPr="00EB305A">
              <w:rPr>
                <w:lang w:val="ru-RU"/>
              </w:rPr>
              <w:t>.</w:t>
            </w:r>
          </w:p>
        </w:tc>
      </w:tr>
    </w:tbl>
    <w:p w:rsidR="00BD24B9" w:rsidRDefault="00EA521E">
      <w:pPr>
        <w:pStyle w:val="21"/>
        <w:rPr>
          <w:lang w:val="ru-RU"/>
        </w:rPr>
      </w:pPr>
      <w:proofErr w:type="spellStart"/>
      <w:r>
        <w:rPr>
          <w:lang w:val="ru-RU"/>
        </w:rPr>
        <w:lastRenderedPageBreak/>
        <w:t>Ө</w:t>
      </w:r>
      <w:r w:rsidR="00BD24B9">
        <w:rPr>
          <w:lang w:val="ru-RU"/>
        </w:rPr>
        <w:t>ткізілген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маңызды</w:t>
      </w:r>
      <w:proofErr w:type="spellEnd"/>
      <w:r w:rsidR="00BD24B9">
        <w:rPr>
          <w:lang w:val="ru-RU"/>
        </w:rPr>
        <w:t xml:space="preserve"> </w:t>
      </w:r>
      <w:proofErr w:type="spellStart"/>
      <w:r w:rsidR="00BD24B9">
        <w:rPr>
          <w:lang w:val="ru-RU"/>
        </w:rPr>
        <w:t>іс-шаралар</w:t>
      </w:r>
      <w:proofErr w:type="spellEnd"/>
      <w:r w:rsidR="00BD24B9">
        <w:rPr>
          <w:lang w:val="ru-RU"/>
        </w:rPr>
        <w:t>:</w:t>
      </w:r>
    </w:p>
    <w:p w:rsidR="00BD24B9" w:rsidRDefault="00682C5E" w:rsidP="00B4035B">
      <w:pPr>
        <w:rPr>
          <w:noProof/>
          <w:lang w:val="ru-RU" w:eastAsia="ru-RU"/>
        </w:rPr>
      </w:pPr>
      <w:r w:rsidRPr="00682C5E">
        <w:rPr>
          <w:lang w:val="ru-RU"/>
        </w:rPr>
        <w:t>1</w:t>
      </w:r>
      <w:r>
        <w:rPr>
          <w:lang w:val="ru-RU"/>
        </w:rPr>
        <w:t>.</w:t>
      </w:r>
      <w:r w:rsidR="00EA521E">
        <w:rPr>
          <w:lang w:val="ru-RU"/>
        </w:rPr>
        <w:t>Б</w:t>
      </w:r>
      <w:r w:rsidR="00EA521E">
        <w:rPr>
          <w:lang w:val="kk-KZ"/>
        </w:rPr>
        <w:t>ілім күніне арналған салтанатты жиын</w:t>
      </w:r>
      <w:proofErr w:type="gramStart"/>
      <w:r w:rsidR="00EA521E">
        <w:rPr>
          <w:lang w:val="kk-KZ"/>
        </w:rPr>
        <w:t>,м</w:t>
      </w:r>
      <w:proofErr w:type="gramEnd"/>
      <w:r w:rsidR="00EA521E">
        <w:rPr>
          <w:lang w:val="kk-KZ"/>
        </w:rPr>
        <w:t>ектептің өзін</w:t>
      </w:r>
      <w:r w:rsidR="0064135D">
        <w:rPr>
          <w:lang w:val="ru-RU"/>
        </w:rPr>
        <w:t>-</w:t>
      </w:r>
      <w:r w:rsidR="00EA521E">
        <w:rPr>
          <w:lang w:val="kk-KZ"/>
        </w:rPr>
        <w:t>өзі басқару ұйымы оқушыларды білім күнімен құттықтап,тәттілермен қарсы алд</w:t>
      </w:r>
      <w:r>
        <w:rPr>
          <w:lang w:val="kk-KZ"/>
        </w:rPr>
        <w:t>ы.</w:t>
      </w:r>
      <w:r w:rsidR="00B4035B">
        <w:rPr>
          <w:noProof/>
          <w:lang w:val="ru-RU" w:eastAsia="ru-RU"/>
        </w:rPr>
        <w:drawing>
          <wp:inline distT="0" distB="0" distL="0" distR="0" wp14:anchorId="43FA7F8F" wp14:editId="7BFC702E">
            <wp:extent cx="3105175" cy="16668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3-12 at 14.55.52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354" cy="1668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521E">
        <w:rPr>
          <w:noProof/>
          <w:lang w:val="ru-RU" w:eastAsia="ru-RU"/>
        </w:rPr>
        <w:t xml:space="preserve">                 </w:t>
      </w:r>
      <w:r w:rsidR="00B4035B">
        <w:rPr>
          <w:noProof/>
          <w:lang w:val="ru-RU" w:eastAsia="ru-RU"/>
        </w:rPr>
        <w:drawing>
          <wp:inline distT="0" distB="0" distL="0" distR="0" wp14:anchorId="43B670F5" wp14:editId="491849FC">
            <wp:extent cx="1539061" cy="272415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3-12 at 14.55.42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915" cy="272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35B" w:rsidRDefault="00B4035B" w:rsidP="00B4035B">
      <w:pPr>
        <w:rPr>
          <w:lang w:val="kk-KZ"/>
        </w:rPr>
      </w:pPr>
    </w:p>
    <w:p w:rsidR="00EA521E" w:rsidRDefault="00EA521E" w:rsidP="00BD24B9">
      <w:pPr>
        <w:rPr>
          <w:lang w:val="kk-KZ"/>
        </w:rPr>
      </w:pPr>
      <w:r>
        <w:rPr>
          <w:lang w:val="kk-KZ"/>
        </w:rPr>
        <w:t xml:space="preserve">      </w:t>
      </w:r>
      <w:hyperlink r:id="rId9" w:history="1">
        <w:r w:rsidR="0064135D" w:rsidRPr="002B690A">
          <w:rPr>
            <w:rStyle w:val="affa"/>
            <w:lang w:val="kk-KZ"/>
          </w:rPr>
          <w:t>https://www.instagram.com/reel/C_Z5g_PNM-f/?igsh=MWswZTZpcjB4YXN0eQ</w:t>
        </w:r>
      </w:hyperlink>
      <w:r w:rsidR="0064135D" w:rsidRPr="0064135D">
        <w:rPr>
          <w:lang w:val="kk-KZ"/>
        </w:rPr>
        <w:t>==</w:t>
      </w:r>
    </w:p>
    <w:p w:rsidR="0064135D" w:rsidRDefault="0064135D" w:rsidP="00BD24B9">
      <w:pPr>
        <w:rPr>
          <w:lang w:val="kk-KZ"/>
        </w:rPr>
      </w:pPr>
      <w:hyperlink r:id="rId10" w:history="1">
        <w:r w:rsidRPr="002B690A">
          <w:rPr>
            <w:rStyle w:val="affa"/>
            <w:lang w:val="kk-KZ"/>
          </w:rPr>
          <w:t>https://www.instagram.com/reel/C_YIe8vNZPx/?igsh=MWdnOWRpMnBteXI4ag</w:t>
        </w:r>
      </w:hyperlink>
      <w:r w:rsidRPr="0064135D">
        <w:rPr>
          <w:lang w:val="kk-KZ"/>
        </w:rPr>
        <w:t>==</w:t>
      </w:r>
    </w:p>
    <w:p w:rsidR="0064135D" w:rsidRDefault="0064135D" w:rsidP="00BD24B9">
      <w:pPr>
        <w:rPr>
          <w:lang w:val="kk-KZ"/>
        </w:rPr>
      </w:pPr>
    </w:p>
    <w:p w:rsidR="0064135D" w:rsidRDefault="00682C5E" w:rsidP="00BD24B9">
      <w:pPr>
        <w:rPr>
          <w:lang w:val="kk-KZ"/>
        </w:rPr>
      </w:pPr>
      <w:r>
        <w:rPr>
          <w:lang w:val="kk-KZ"/>
        </w:rPr>
        <w:t>2.</w:t>
      </w:r>
      <w:r w:rsidR="0064135D">
        <w:rPr>
          <w:lang w:val="kk-KZ"/>
        </w:rPr>
        <w:t>«Қамқор</w:t>
      </w:r>
      <w:r w:rsidR="0064135D" w:rsidRPr="0064135D">
        <w:rPr>
          <w:lang w:val="kk-KZ"/>
        </w:rPr>
        <w:t>»</w:t>
      </w:r>
      <w:r w:rsidR="0064135D">
        <w:rPr>
          <w:lang w:val="kk-KZ"/>
        </w:rPr>
        <w:t xml:space="preserve"> жобасы аясында Қарттар күнінде мектептің өзін-өзі басқару ұйымы, ауылымыздың қариясы Қапиза Ескендірқызына « Қоғамға қызмет ету» еріктілік қызметін көрсетті.</w:t>
      </w:r>
    </w:p>
    <w:p w:rsidR="00ED1468" w:rsidRDefault="00904005" w:rsidP="00BD24B9">
      <w:pPr>
        <w:rPr>
          <w:lang w:val="kk-KZ"/>
        </w:rPr>
      </w:pPr>
      <w:r>
        <w:rPr>
          <w:noProof/>
          <w:lang w:val="ru-RU" w:eastAsia="ru-RU"/>
        </w:rPr>
        <w:drawing>
          <wp:inline distT="0" distB="0" distL="0" distR="0" wp14:anchorId="5767E5C8" wp14:editId="47E70631">
            <wp:extent cx="1866900" cy="212230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3-12 at 15.16.14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122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</w:t>
      </w:r>
      <w:r>
        <w:rPr>
          <w:noProof/>
          <w:lang w:val="ru-RU" w:eastAsia="ru-RU"/>
        </w:rPr>
        <w:drawing>
          <wp:inline distT="0" distB="0" distL="0" distR="0" wp14:anchorId="04E56C28" wp14:editId="7072F2A6">
            <wp:extent cx="3480647" cy="2008221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3-12 at 15.16.08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4142" cy="2010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1468" w:rsidRPr="00ED1468">
        <w:rPr>
          <w:lang w:val="kk-KZ"/>
        </w:rPr>
        <w:t>https://www.instagram.com/reel/DArCh-rtGjZ/?igsh=MW1pbHN5Yjg4dzdyOQ==</w:t>
      </w:r>
    </w:p>
    <w:p w:rsidR="00B4035B" w:rsidRDefault="00B4035B" w:rsidP="00BD24B9">
      <w:pPr>
        <w:rPr>
          <w:lang w:val="kk-KZ"/>
        </w:rPr>
      </w:pPr>
    </w:p>
    <w:p w:rsidR="00B4035B" w:rsidRDefault="00B4035B" w:rsidP="00BD24B9">
      <w:pPr>
        <w:rPr>
          <w:lang w:val="kk-KZ"/>
        </w:rPr>
      </w:pPr>
    </w:p>
    <w:p w:rsidR="00B4035B" w:rsidRDefault="00B4035B" w:rsidP="00BD24B9">
      <w:pPr>
        <w:rPr>
          <w:lang w:val="kk-KZ"/>
        </w:rPr>
      </w:pPr>
    </w:p>
    <w:p w:rsidR="00B4035B" w:rsidRDefault="00B4035B" w:rsidP="00BD24B9">
      <w:pPr>
        <w:rPr>
          <w:lang w:val="kk-KZ"/>
        </w:rPr>
      </w:pPr>
    </w:p>
    <w:p w:rsidR="00904005" w:rsidRPr="00B4035B" w:rsidRDefault="00682C5E" w:rsidP="00B4035B">
      <w:pPr>
        <w:rPr>
          <w:lang w:val="kk-KZ"/>
        </w:rPr>
      </w:pPr>
      <w:r>
        <w:rPr>
          <w:lang w:val="kk-KZ"/>
        </w:rPr>
        <w:t>3.</w:t>
      </w:r>
      <w:r w:rsidR="00ED1468" w:rsidRPr="00B4035B">
        <w:rPr>
          <w:lang w:val="kk-KZ"/>
        </w:rPr>
        <w:t>Ұстаздар күнінде өзін-өзі басқару ұйымы мұғалімдерді құттықтап,қарсы алды.</w:t>
      </w:r>
    </w:p>
    <w:p w:rsidR="00904005" w:rsidRDefault="00ED1468" w:rsidP="00BD24B9">
      <w:pPr>
        <w:rPr>
          <w:lang w:val="kk-KZ"/>
        </w:rPr>
      </w:pPr>
      <w:r>
        <w:rPr>
          <w:noProof/>
          <w:lang w:val="ru-RU" w:eastAsia="ru-RU"/>
        </w:rPr>
        <w:drawing>
          <wp:inline distT="0" distB="0" distL="0" distR="0">
            <wp:extent cx="2486025" cy="156498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3-12 at 15.26.50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559" cy="1567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2654555" cy="158136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3-12 at 15.26.51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251" cy="1582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468" w:rsidRDefault="00ED1468" w:rsidP="00BD24B9">
      <w:pPr>
        <w:rPr>
          <w:lang w:val="kk-KZ"/>
        </w:rPr>
      </w:pPr>
      <w:r>
        <w:rPr>
          <w:noProof/>
          <w:lang w:val="ru-RU" w:eastAsia="ru-RU"/>
        </w:rPr>
        <w:drawing>
          <wp:inline distT="0" distB="0" distL="0" distR="0">
            <wp:extent cx="3046753" cy="1724025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3-12 at 15.26.52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077" cy="1725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35B" w:rsidRDefault="00ED1468" w:rsidP="00B4035B">
      <w:pPr>
        <w:rPr>
          <w:lang w:val="kk-KZ"/>
        </w:rPr>
      </w:pPr>
      <w:hyperlink r:id="rId16" w:history="1">
        <w:r w:rsidRPr="002B690A">
          <w:rPr>
            <w:rStyle w:val="affa"/>
            <w:lang w:val="kk-KZ"/>
          </w:rPr>
          <w:t>https://www.instagram.com/reel/DArCh-rtGjZ/?igsh=MW1pbHN5Yjg4dzdyOQ</w:t>
        </w:r>
      </w:hyperlink>
    </w:p>
    <w:p w:rsidR="00B4035B" w:rsidRDefault="00682C5E" w:rsidP="00B4035B">
      <w:pPr>
        <w:rPr>
          <w:lang w:val="kk-KZ"/>
        </w:rPr>
      </w:pPr>
      <w:r>
        <w:rPr>
          <w:lang w:val="kk-KZ"/>
        </w:rPr>
        <w:t>4.</w:t>
      </w:r>
      <w:r w:rsidR="00B4035B">
        <w:rPr>
          <w:lang w:val="kk-KZ"/>
        </w:rPr>
        <w:t>Мектеп президентін сайлау</w:t>
      </w:r>
    </w:p>
    <w:p w:rsidR="00B4035B" w:rsidRDefault="00B4035B" w:rsidP="00B4035B">
      <w:pPr>
        <w:rPr>
          <w:lang w:val="kk-KZ"/>
        </w:rPr>
      </w:pPr>
      <w:r>
        <w:rPr>
          <w:noProof/>
          <w:lang w:val="ru-RU" w:eastAsia="ru-RU"/>
        </w:rPr>
        <w:drawing>
          <wp:inline distT="0" distB="0" distL="0" distR="0">
            <wp:extent cx="2724150" cy="142954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3-12 at 15.38.02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959" cy="1432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2724150" cy="1464546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3-12 at 15.38.03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748" cy="146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35B" w:rsidRDefault="00B4035B" w:rsidP="00B4035B">
      <w:pPr>
        <w:rPr>
          <w:lang w:val="kk-KZ"/>
        </w:rPr>
      </w:pPr>
      <w:r>
        <w:rPr>
          <w:noProof/>
          <w:lang w:val="ru-RU" w:eastAsia="ru-RU"/>
        </w:rPr>
        <w:drawing>
          <wp:inline distT="0" distB="0" distL="0" distR="0">
            <wp:extent cx="2038350" cy="156438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3-12 at 15.38.03 (1)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623" cy="1572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035B">
        <w:rPr>
          <w:lang w:val="kk-KZ"/>
        </w:rPr>
        <w:t>https://www.instagram.com/reel/DBT477ONR7b/?igsh=dG12aW9nenBmMTJs</w:t>
      </w:r>
    </w:p>
    <w:p w:rsidR="00682C5E" w:rsidRDefault="00682C5E" w:rsidP="00B4035B">
      <w:pPr>
        <w:rPr>
          <w:lang w:val="kk-KZ"/>
        </w:rPr>
      </w:pPr>
    </w:p>
    <w:p w:rsidR="00682C5E" w:rsidRDefault="00682C5E" w:rsidP="00B4035B">
      <w:pPr>
        <w:rPr>
          <w:lang w:val="kk-KZ"/>
        </w:rPr>
      </w:pPr>
    </w:p>
    <w:p w:rsidR="00682C5E" w:rsidRDefault="00682C5E" w:rsidP="00B4035B">
      <w:pPr>
        <w:rPr>
          <w:lang w:val="kk-KZ"/>
        </w:rPr>
      </w:pPr>
      <w:r>
        <w:rPr>
          <w:lang w:val="kk-KZ"/>
        </w:rPr>
        <w:lastRenderedPageBreak/>
        <w:t>5.Мектеп президентін ұлықтау рәсімі</w:t>
      </w:r>
    </w:p>
    <w:p w:rsidR="00682C5E" w:rsidRDefault="00682C5E" w:rsidP="00B4035B">
      <w:pPr>
        <w:rPr>
          <w:lang w:val="kk-KZ"/>
        </w:rPr>
      </w:pPr>
      <w:r>
        <w:rPr>
          <w:noProof/>
          <w:lang w:val="ru-RU" w:eastAsia="ru-RU"/>
        </w:rPr>
        <w:drawing>
          <wp:inline distT="0" distB="0" distL="0" distR="0">
            <wp:extent cx="2721832" cy="1514475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3-12 at 15.48.49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581" cy="1522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2800307" cy="1481474"/>
            <wp:effectExtent l="0" t="0" r="63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3-12 at 15.48.49 (1)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481" cy="148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C5E" w:rsidRDefault="00682C5E" w:rsidP="00B4035B">
      <w:pPr>
        <w:rPr>
          <w:lang w:val="kk-KZ"/>
        </w:rPr>
      </w:pPr>
      <w:hyperlink r:id="rId22" w:history="1">
        <w:r w:rsidRPr="002B690A">
          <w:rPr>
            <w:rStyle w:val="affa"/>
            <w:lang w:val="kk-KZ"/>
          </w:rPr>
          <w:t>https://www.instagram.com/reel/DBg2nr_tpnw/?igsh=dWt6N3hkM2lwMG1y</w:t>
        </w:r>
      </w:hyperlink>
    </w:p>
    <w:p w:rsidR="00682C5E" w:rsidRDefault="00682C5E" w:rsidP="00B4035B">
      <w:pPr>
        <w:rPr>
          <w:lang w:val="ru-RU"/>
        </w:rPr>
      </w:pPr>
    </w:p>
    <w:p w:rsidR="00682C5E" w:rsidRDefault="00682C5E" w:rsidP="00B4035B">
      <w:pPr>
        <w:rPr>
          <w:lang w:val="ru-RU"/>
        </w:rPr>
      </w:pPr>
      <w:r>
        <w:rPr>
          <w:lang w:val="ru-RU"/>
        </w:rPr>
        <w:t>6.Өзі</w:t>
      </w:r>
      <w:proofErr w:type="gramStart"/>
      <w:r>
        <w:rPr>
          <w:lang w:val="ru-RU"/>
        </w:rPr>
        <w:t>н</w:t>
      </w:r>
      <w:r w:rsidRPr="00682C5E">
        <w:rPr>
          <w:lang w:val="ru-RU"/>
        </w:rPr>
        <w:t>-</w:t>
      </w:r>
      <w:proofErr w:type="gramEnd"/>
      <w:r>
        <w:rPr>
          <w:lang w:val="ru-RU"/>
        </w:rPr>
        <w:t xml:space="preserve">өзі </w:t>
      </w:r>
      <w:proofErr w:type="spellStart"/>
      <w:r>
        <w:rPr>
          <w:lang w:val="ru-RU"/>
        </w:rPr>
        <w:t>басқару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ұйымының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ұйымдастыруымен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үзіліс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уақытындағы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ұлттық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ойындар</w:t>
      </w:r>
      <w:proofErr w:type="spellEnd"/>
      <w:r>
        <w:rPr>
          <w:lang w:val="ru-RU"/>
        </w:rPr>
        <w:t>.</w:t>
      </w:r>
    </w:p>
    <w:p w:rsidR="00682C5E" w:rsidRDefault="00657E6A" w:rsidP="00B4035B">
      <w:pPr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3114675" cy="1690597"/>
            <wp:effectExtent l="0" t="0" r="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3-12 at 15.55.14.jpe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134" cy="1693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75A446ED" wp14:editId="3A41EB68">
            <wp:extent cx="2266950" cy="1731496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3-12 at 15.55.22.jpe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999" cy="174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E6A" w:rsidRDefault="00657E6A" w:rsidP="00B4035B">
      <w:pPr>
        <w:rPr>
          <w:noProof/>
          <w:lang w:val="ru-RU" w:eastAsia="ru-RU"/>
        </w:rPr>
      </w:pPr>
      <w:hyperlink r:id="rId25" w:history="1">
        <w:r w:rsidRPr="002B690A">
          <w:rPr>
            <w:rStyle w:val="affa"/>
            <w:noProof/>
            <w:lang w:val="ru-RU" w:eastAsia="ru-RU"/>
          </w:rPr>
          <w:t>https://www.instagram.com/reel/DCkLtJ0o2aZ/?igsh=MXd6NHFvMXd1dm5qOQ</w:t>
        </w:r>
      </w:hyperlink>
      <w:r w:rsidRPr="00657E6A">
        <w:rPr>
          <w:noProof/>
          <w:lang w:val="ru-RU" w:eastAsia="ru-RU"/>
        </w:rPr>
        <w:t>==</w:t>
      </w:r>
    </w:p>
    <w:p w:rsidR="00657E6A" w:rsidRDefault="00657E6A" w:rsidP="00B4035B">
      <w:pPr>
        <w:rPr>
          <w:noProof/>
          <w:lang w:val="ru-RU" w:eastAsia="ru-RU"/>
        </w:rPr>
      </w:pPr>
      <w:r>
        <w:rPr>
          <w:noProof/>
          <w:lang w:val="ru-RU" w:eastAsia="ru-RU"/>
        </w:rPr>
        <w:t>7.Өзін</w:t>
      </w:r>
      <w:r w:rsidRPr="00657E6A">
        <w:rPr>
          <w:noProof/>
          <w:lang w:val="ru-RU" w:eastAsia="ru-RU"/>
        </w:rPr>
        <w:t>-</w:t>
      </w:r>
      <w:r>
        <w:rPr>
          <w:noProof/>
          <w:lang w:val="ru-RU" w:eastAsia="ru-RU"/>
        </w:rPr>
        <w:t>өзі басқару ұйымы мен қыздар клубы қыздарының ұйымдастыруымен «бұрымды қыз» челленджі</w:t>
      </w:r>
    </w:p>
    <w:p w:rsidR="00657E6A" w:rsidRPr="00657E6A" w:rsidRDefault="00657E6A" w:rsidP="00B4035B">
      <w:pPr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3038475" cy="158154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3-12 at 16.00.10 (1).jpe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636" cy="1587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2635242" cy="19526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3-12 at 16.00.10.jpe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991" cy="1955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E6A" w:rsidRDefault="00657E6A" w:rsidP="00B4035B">
      <w:pPr>
        <w:rPr>
          <w:noProof/>
          <w:lang w:val="ru-RU" w:eastAsia="ru-RU"/>
        </w:rPr>
      </w:pPr>
      <w:hyperlink r:id="rId28" w:history="1">
        <w:r w:rsidRPr="002B690A">
          <w:rPr>
            <w:rStyle w:val="affa"/>
            <w:noProof/>
            <w:lang w:val="ru-RU" w:eastAsia="ru-RU"/>
          </w:rPr>
          <w:t>https://www.instagram.com/reel/DCkLxcuNrZb/?igsh=djJ1bXRzbHgzdHdk</w:t>
        </w:r>
      </w:hyperlink>
    </w:p>
    <w:p w:rsidR="00657E6A" w:rsidRDefault="00657E6A" w:rsidP="00B4035B">
      <w:pPr>
        <w:rPr>
          <w:noProof/>
          <w:lang w:val="ru-RU" w:eastAsia="ru-RU"/>
        </w:rPr>
      </w:pPr>
    </w:p>
    <w:p w:rsidR="0055333F" w:rsidRDefault="0055333F" w:rsidP="00B4035B">
      <w:pPr>
        <w:rPr>
          <w:noProof/>
          <w:lang w:val="ru-RU" w:eastAsia="ru-RU"/>
        </w:rPr>
      </w:pPr>
    </w:p>
    <w:p w:rsidR="0055333F" w:rsidRDefault="0055333F" w:rsidP="00B4035B">
      <w:pPr>
        <w:rPr>
          <w:noProof/>
          <w:lang w:val="ru-RU" w:eastAsia="ru-RU"/>
        </w:rPr>
      </w:pPr>
    </w:p>
    <w:p w:rsidR="00657E6A" w:rsidRDefault="00657E6A" w:rsidP="00B4035B">
      <w:pPr>
        <w:rPr>
          <w:noProof/>
          <w:lang w:val="ru-RU" w:eastAsia="ru-RU"/>
        </w:rPr>
      </w:pPr>
      <w:r>
        <w:rPr>
          <w:noProof/>
          <w:lang w:val="ru-RU" w:eastAsia="ru-RU"/>
        </w:rPr>
        <w:lastRenderedPageBreak/>
        <w:t>8.Өзін-өзі бас</w:t>
      </w:r>
      <w:r w:rsidR="0055333F">
        <w:rPr>
          <w:noProof/>
          <w:lang w:val="ru-RU" w:eastAsia="ru-RU"/>
        </w:rPr>
        <w:t>қару ұйымы мектепте кино күнін ұйымдастырды.</w:t>
      </w:r>
    </w:p>
    <w:p w:rsidR="0055333F" w:rsidRDefault="0055333F" w:rsidP="00B4035B">
      <w:pPr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2105025" cy="25782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3-12 at 16.04.01.jpe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9815" cy="2584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3257550" cy="1665612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3-12 at 16.04.00.jpe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043" cy="1668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4B9" w:rsidRDefault="0055333F">
      <w:pPr>
        <w:pStyle w:val="21"/>
        <w:rPr>
          <w:lang w:val="kk-KZ"/>
        </w:rPr>
      </w:pPr>
      <w:hyperlink r:id="rId31" w:history="1">
        <w:r w:rsidRPr="002B690A">
          <w:rPr>
            <w:rStyle w:val="affa"/>
            <w:lang w:val="kk-KZ"/>
          </w:rPr>
          <w:t>https://www.instagram.com/p/DCyVy49NzDM/?igsh=MTFoYWRxM2QzZ3R6OQ</w:t>
        </w:r>
      </w:hyperlink>
      <w:r w:rsidRPr="0055333F">
        <w:rPr>
          <w:lang w:val="kk-KZ"/>
        </w:rPr>
        <w:t>==</w:t>
      </w:r>
    </w:p>
    <w:p w:rsidR="0055333F" w:rsidRDefault="0055333F" w:rsidP="0055333F"/>
    <w:p w:rsidR="0055333F" w:rsidRDefault="0055333F" w:rsidP="0055333F">
      <w:pPr>
        <w:rPr>
          <w:lang w:val="kk-KZ"/>
        </w:rPr>
      </w:pPr>
      <w:proofErr w:type="gramStart"/>
      <w:r w:rsidRPr="0055333F">
        <w:t>9.</w:t>
      </w:r>
      <w:proofErr w:type="spellStart"/>
      <w:r>
        <w:rPr>
          <w:lang w:val="ru-RU"/>
        </w:rPr>
        <w:t>Өзін</w:t>
      </w:r>
      <w:proofErr w:type="spellEnd"/>
      <w:r w:rsidRPr="0055333F">
        <w:t>-</w:t>
      </w:r>
      <w:r>
        <w:rPr>
          <w:lang w:val="kk-KZ"/>
        </w:rPr>
        <w:t xml:space="preserve">өзі басқару ұйымы үзіліс уақытын тиімді пайдалануға </w:t>
      </w:r>
      <w:r>
        <w:t>1</w:t>
      </w:r>
      <w:r w:rsidRPr="0055333F">
        <w:t>-</w:t>
      </w:r>
      <w:r>
        <w:rPr>
          <w:lang w:val="kk-KZ"/>
        </w:rPr>
        <w:t xml:space="preserve">күй </w:t>
      </w:r>
      <w:r>
        <w:t>1</w:t>
      </w:r>
      <w:r w:rsidRPr="0055333F">
        <w:t>-</w:t>
      </w:r>
      <w:r>
        <w:rPr>
          <w:lang w:val="kk-KZ"/>
        </w:rPr>
        <w:t>бауырсақ челленджін өткізді.</w:t>
      </w:r>
      <w:proofErr w:type="gramEnd"/>
    </w:p>
    <w:p w:rsidR="0055333F" w:rsidRPr="0055333F" w:rsidRDefault="0055333F" w:rsidP="0055333F">
      <w:pPr>
        <w:rPr>
          <w:lang w:val="kk-KZ"/>
        </w:rPr>
      </w:pPr>
      <w:r>
        <w:rPr>
          <w:noProof/>
          <w:lang w:val="ru-RU" w:eastAsia="ru-RU"/>
        </w:rPr>
        <w:drawing>
          <wp:inline distT="0" distB="0" distL="0" distR="0">
            <wp:extent cx="2771775" cy="1497103"/>
            <wp:effectExtent l="0" t="0" r="0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3-12 at 16.11.03.jpe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927" cy="149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2905125" cy="1507303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3-12 at 16.11.04.jpe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801" cy="1513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33F" w:rsidRDefault="0055333F" w:rsidP="0055333F">
      <w:pPr>
        <w:rPr>
          <w:lang w:val="kk-KZ"/>
        </w:rPr>
      </w:pPr>
      <w:hyperlink r:id="rId34" w:history="1">
        <w:r w:rsidRPr="002B690A">
          <w:rPr>
            <w:rStyle w:val="affa"/>
            <w:lang w:val="kk-KZ"/>
          </w:rPr>
          <w:t>https://www.instagram.com/reel/DDPBjQvNFu_/?igsh=OWJrNWJtMWFuMWc1</w:t>
        </w:r>
      </w:hyperlink>
    </w:p>
    <w:p w:rsidR="0055333F" w:rsidRDefault="0055333F" w:rsidP="0055333F">
      <w:pPr>
        <w:rPr>
          <w:lang w:val="kk-KZ"/>
        </w:rPr>
      </w:pPr>
    </w:p>
    <w:p w:rsidR="000358F8" w:rsidRDefault="000358F8" w:rsidP="0055333F">
      <w:pPr>
        <w:rPr>
          <w:lang w:val="kk-KZ"/>
        </w:rPr>
      </w:pPr>
      <w:r w:rsidRPr="000358F8">
        <w:rPr>
          <w:lang w:val="kk-KZ"/>
        </w:rPr>
        <w:t>10.</w:t>
      </w:r>
      <w:r>
        <w:rPr>
          <w:lang w:val="kk-KZ"/>
        </w:rPr>
        <w:t>ДТІЖО және өзін</w:t>
      </w:r>
      <w:r w:rsidRPr="000358F8">
        <w:rPr>
          <w:lang w:val="kk-KZ"/>
        </w:rPr>
        <w:t>-</w:t>
      </w:r>
      <w:r>
        <w:rPr>
          <w:lang w:val="kk-KZ"/>
        </w:rPr>
        <w:t xml:space="preserve">өзі басқару ұйымының ұйымдастыруымен </w:t>
      </w:r>
      <w:r w:rsidRPr="000358F8">
        <w:rPr>
          <w:lang w:val="kk-KZ"/>
        </w:rPr>
        <w:t>«</w:t>
      </w:r>
      <w:r>
        <w:rPr>
          <w:lang w:val="kk-KZ"/>
        </w:rPr>
        <w:t xml:space="preserve"> Бала тәрбиесіндегі әкенің рөлі» тақырыбында ұлдардың әкелерімен шеберлік сынып өтті.</w:t>
      </w:r>
    </w:p>
    <w:p w:rsidR="000358F8" w:rsidRDefault="000358F8" w:rsidP="0055333F">
      <w:pPr>
        <w:rPr>
          <w:lang w:val="kk-KZ"/>
        </w:rPr>
      </w:pPr>
      <w:r>
        <w:rPr>
          <w:noProof/>
          <w:lang w:val="ru-RU" w:eastAsia="ru-RU"/>
        </w:rPr>
        <w:drawing>
          <wp:inline distT="0" distB="0" distL="0" distR="0">
            <wp:extent cx="2570552" cy="1504950"/>
            <wp:effectExtent l="0" t="0" r="127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3-12 at 16.17.08.jpe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548" cy="1506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2552700" cy="1502321"/>
            <wp:effectExtent l="0" t="0" r="0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3-12 at 16.17.09.jpe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156" cy="1511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8F8" w:rsidRDefault="000358F8" w:rsidP="0055333F">
      <w:pPr>
        <w:rPr>
          <w:lang w:val="kk-KZ"/>
        </w:rPr>
      </w:pPr>
      <w:hyperlink r:id="rId37" w:history="1">
        <w:r w:rsidRPr="002B690A">
          <w:rPr>
            <w:rStyle w:val="affa"/>
            <w:lang w:val="kk-KZ"/>
          </w:rPr>
          <w:t>https://www.instagram.com/p/DDW0AgPN2C7/?img_index=5&amp;igsh=MXFieWc2bHRxdWswMA</w:t>
        </w:r>
      </w:hyperlink>
      <w:r w:rsidRPr="000358F8">
        <w:rPr>
          <w:lang w:val="kk-KZ"/>
        </w:rPr>
        <w:t>==</w:t>
      </w:r>
    </w:p>
    <w:p w:rsidR="000358F8" w:rsidRPr="000358F8" w:rsidRDefault="000358F8" w:rsidP="0055333F">
      <w:pPr>
        <w:rPr>
          <w:lang w:val="kk-KZ"/>
        </w:rPr>
      </w:pPr>
      <w:r w:rsidRPr="000358F8">
        <w:rPr>
          <w:lang w:val="kk-KZ"/>
        </w:rPr>
        <w:lastRenderedPageBreak/>
        <w:t xml:space="preserve">11.Өзін-өзі басқару ұйымы </w:t>
      </w:r>
      <w:r>
        <w:rPr>
          <w:lang w:val="kk-KZ"/>
        </w:rPr>
        <w:t>«</w:t>
      </w:r>
      <w:r w:rsidRPr="000358F8">
        <w:rPr>
          <w:lang w:val="kk-KZ"/>
        </w:rPr>
        <w:t>chocolate day</w:t>
      </w:r>
      <w:r>
        <w:rPr>
          <w:lang w:val="kk-KZ"/>
        </w:rPr>
        <w:t>»челленджін өткізді</w:t>
      </w:r>
      <w:r w:rsidRPr="000358F8">
        <w:rPr>
          <w:lang w:val="kk-KZ"/>
        </w:rPr>
        <w:t>.</w:t>
      </w:r>
    </w:p>
    <w:p w:rsidR="000358F8" w:rsidRPr="000358F8" w:rsidRDefault="000358F8" w:rsidP="0055333F">
      <w:pPr>
        <w:rPr>
          <w:lang w:val="kk-KZ"/>
        </w:rPr>
      </w:pPr>
      <w:r>
        <w:rPr>
          <w:noProof/>
          <w:lang w:val="ru-RU" w:eastAsia="ru-RU"/>
        </w:rPr>
        <w:drawing>
          <wp:inline distT="0" distB="0" distL="0" distR="0">
            <wp:extent cx="2691126" cy="16954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3-12 at 16.23.04.jpe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060" cy="1699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2886075" cy="1699272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3-12 at 16.23.05.jpe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277" cy="1704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4B9" w:rsidRDefault="00650266">
      <w:pPr>
        <w:pStyle w:val="21"/>
        <w:rPr>
          <w:lang w:val="kk-KZ"/>
        </w:rPr>
      </w:pPr>
      <w:hyperlink r:id="rId40" w:history="1">
        <w:r w:rsidRPr="002B690A">
          <w:rPr>
            <w:rStyle w:val="affa"/>
            <w:lang w:val="kk-KZ"/>
          </w:rPr>
          <w:t>https://www.instagram.com/reel/DDW0VssttzX/?igsh=OGE5andqYjhqZHU4</w:t>
        </w:r>
      </w:hyperlink>
    </w:p>
    <w:p w:rsidR="00650266" w:rsidRDefault="00650266" w:rsidP="00650266">
      <w:pPr>
        <w:rPr>
          <w:lang w:val="kk-KZ"/>
        </w:rPr>
      </w:pPr>
    </w:p>
    <w:p w:rsidR="00650266" w:rsidRPr="00650266" w:rsidRDefault="00650266" w:rsidP="00650266">
      <w:pPr>
        <w:rPr>
          <w:lang w:val="kk-KZ"/>
        </w:rPr>
      </w:pPr>
    </w:p>
    <w:p w:rsidR="00BD24B9" w:rsidRPr="0064135D" w:rsidRDefault="00BD24B9">
      <w:pPr>
        <w:pStyle w:val="21"/>
        <w:rPr>
          <w:lang w:val="kk-KZ"/>
        </w:rPr>
      </w:pPr>
    </w:p>
    <w:p w:rsidR="00BD24B9" w:rsidRPr="0064135D" w:rsidRDefault="00BD24B9">
      <w:pPr>
        <w:pStyle w:val="21"/>
        <w:rPr>
          <w:lang w:val="kk-KZ"/>
        </w:rPr>
      </w:pPr>
    </w:p>
    <w:p w:rsidR="00BD24B9" w:rsidRPr="0064135D" w:rsidRDefault="00BD24B9">
      <w:pPr>
        <w:pStyle w:val="21"/>
        <w:rPr>
          <w:lang w:val="kk-KZ"/>
        </w:rPr>
      </w:pPr>
    </w:p>
    <w:p w:rsidR="00BD24B9" w:rsidRPr="0064135D" w:rsidRDefault="00BD24B9">
      <w:pPr>
        <w:pStyle w:val="21"/>
        <w:rPr>
          <w:lang w:val="kk-KZ"/>
        </w:rPr>
      </w:pPr>
    </w:p>
    <w:p w:rsidR="00BD24B9" w:rsidRPr="0064135D" w:rsidRDefault="00BD24B9">
      <w:pPr>
        <w:pStyle w:val="21"/>
        <w:rPr>
          <w:lang w:val="kk-KZ"/>
        </w:rPr>
      </w:pPr>
    </w:p>
    <w:p w:rsidR="00BD24B9" w:rsidRPr="0064135D" w:rsidRDefault="00BD24B9">
      <w:pPr>
        <w:pStyle w:val="21"/>
        <w:rPr>
          <w:lang w:val="kk-KZ"/>
        </w:rPr>
      </w:pPr>
    </w:p>
    <w:p w:rsidR="00BD24B9" w:rsidRPr="0064135D" w:rsidRDefault="00BD24B9">
      <w:pPr>
        <w:pStyle w:val="21"/>
        <w:rPr>
          <w:lang w:val="kk-KZ"/>
        </w:rPr>
      </w:pPr>
    </w:p>
    <w:p w:rsidR="00BD24B9" w:rsidRPr="0064135D" w:rsidRDefault="00BD24B9">
      <w:pPr>
        <w:pStyle w:val="21"/>
        <w:rPr>
          <w:lang w:val="kk-KZ"/>
        </w:rPr>
      </w:pPr>
    </w:p>
    <w:p w:rsidR="00BD24B9" w:rsidRPr="0064135D" w:rsidRDefault="00BD24B9">
      <w:pPr>
        <w:pStyle w:val="21"/>
        <w:rPr>
          <w:lang w:val="kk-KZ"/>
        </w:rPr>
      </w:pPr>
    </w:p>
    <w:p w:rsidR="00BD24B9" w:rsidRPr="0064135D" w:rsidRDefault="00BD24B9">
      <w:pPr>
        <w:pStyle w:val="21"/>
        <w:rPr>
          <w:lang w:val="kk-KZ"/>
        </w:rPr>
      </w:pPr>
    </w:p>
    <w:p w:rsidR="00D06779" w:rsidRPr="00EB305A" w:rsidRDefault="00D06779">
      <w:pPr>
        <w:rPr>
          <w:lang w:val="ru-RU"/>
        </w:rPr>
      </w:pPr>
      <w:bookmarkStart w:id="0" w:name="_GoBack"/>
      <w:bookmarkEnd w:id="0"/>
    </w:p>
    <w:sectPr w:rsidR="00D06779" w:rsidRPr="00EB305A" w:rsidSect="00B4035B">
      <w:pgSz w:w="12240" w:h="15840"/>
      <w:pgMar w:top="284" w:right="1800" w:bottom="1440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358F8"/>
    <w:rsid w:val="0006063C"/>
    <w:rsid w:val="0015074B"/>
    <w:rsid w:val="0029639D"/>
    <w:rsid w:val="00326F90"/>
    <w:rsid w:val="0055333F"/>
    <w:rsid w:val="0064135D"/>
    <w:rsid w:val="00650266"/>
    <w:rsid w:val="00657E6A"/>
    <w:rsid w:val="00682C5E"/>
    <w:rsid w:val="00904005"/>
    <w:rsid w:val="00AA1D8D"/>
    <w:rsid w:val="00B4035B"/>
    <w:rsid w:val="00B47730"/>
    <w:rsid w:val="00BC6A39"/>
    <w:rsid w:val="00BD24B9"/>
    <w:rsid w:val="00CB0664"/>
    <w:rsid w:val="00D06779"/>
    <w:rsid w:val="00EA521E"/>
    <w:rsid w:val="00EB305A"/>
    <w:rsid w:val="00ED1468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EA5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EA521E"/>
    <w:rPr>
      <w:rFonts w:ascii="Tahoma" w:hAnsi="Tahoma" w:cs="Tahoma"/>
      <w:sz w:val="16"/>
      <w:szCs w:val="16"/>
    </w:rPr>
  </w:style>
  <w:style w:type="character" w:styleId="affa">
    <w:name w:val="Hyperlink"/>
    <w:basedOn w:val="a2"/>
    <w:uiPriority w:val="99"/>
    <w:unhideWhenUsed/>
    <w:rsid w:val="0064135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EA5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EA521E"/>
    <w:rPr>
      <w:rFonts w:ascii="Tahoma" w:hAnsi="Tahoma" w:cs="Tahoma"/>
      <w:sz w:val="16"/>
      <w:szCs w:val="16"/>
    </w:rPr>
  </w:style>
  <w:style w:type="character" w:styleId="affa">
    <w:name w:val="Hyperlink"/>
    <w:basedOn w:val="a2"/>
    <w:uiPriority w:val="99"/>
    <w:unhideWhenUsed/>
    <w:rsid w:val="0064135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9" Type="http://schemas.openxmlformats.org/officeDocument/2006/relationships/image" Target="media/image24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hyperlink" Target="https://www.instagram.com/reel/DDPBjQvNFu_/?igsh=OWJrNWJtMWFuMWc1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hyperlink" Target="https://www.instagram.com/reel/DCkLtJ0o2aZ/?igsh=MXd6NHFvMXd1dm5qOQ" TargetMode="External"/><Relationship Id="rId33" Type="http://schemas.openxmlformats.org/officeDocument/2006/relationships/image" Target="media/image20.jpeg"/><Relationship Id="rId38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hyperlink" Target="https://www.instagram.com/reel/DArCh-rtGjZ/?igsh=MW1pbHN5Yjg4dzdyOQ" TargetMode="External"/><Relationship Id="rId20" Type="http://schemas.openxmlformats.org/officeDocument/2006/relationships/image" Target="media/image11.jpeg"/><Relationship Id="rId29" Type="http://schemas.openxmlformats.org/officeDocument/2006/relationships/image" Target="media/image17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19.jpeg"/><Relationship Id="rId37" Type="http://schemas.openxmlformats.org/officeDocument/2006/relationships/hyperlink" Target="https://www.instagram.com/p/DDW0AgPN2C7/?img_index=5&amp;igsh=MXFieWc2bHRxdWswMA" TargetMode="External"/><Relationship Id="rId40" Type="http://schemas.openxmlformats.org/officeDocument/2006/relationships/hyperlink" Target="https://www.instagram.com/reel/DDW0VssttzX/?igsh=OGE5andqYjhqZHU4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hyperlink" Target="https://www.instagram.com/reel/DCkLxcuNrZb/?igsh=djJ1bXRzbHgzdHdk" TargetMode="External"/><Relationship Id="rId36" Type="http://schemas.openxmlformats.org/officeDocument/2006/relationships/image" Target="media/image22.jpeg"/><Relationship Id="rId10" Type="http://schemas.openxmlformats.org/officeDocument/2006/relationships/hyperlink" Target="https://www.instagram.com/reel/C_YIe8vNZPx/?igsh=MWdnOWRpMnBteXI4ag" TargetMode="External"/><Relationship Id="rId19" Type="http://schemas.openxmlformats.org/officeDocument/2006/relationships/image" Target="media/image10.jpeg"/><Relationship Id="rId31" Type="http://schemas.openxmlformats.org/officeDocument/2006/relationships/hyperlink" Target="https://www.instagram.com/p/DCyVy49NzDM/?igsh=MTFoYWRxM2QzZ3R6OQ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instagram.com/reel/C_Z5g_PNM-f/?igsh=MWswZTZpcjB4YXN0eQ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s://www.instagram.com/reel/DBg2nr_tpnw/?igsh=dWt6N3hkM2lwMG1y" TargetMode="External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9213A42-A6A3-4FCC-AF05-C861A8BD73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618</Words>
  <Characters>3529</Characters>
  <Application>Microsoft Office Word</Application>
  <DocSecurity>0</DocSecurity>
  <Lines>29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4139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1</cp:lastModifiedBy>
  <cp:revision>2</cp:revision>
  <dcterms:created xsi:type="dcterms:W3CDTF">2025-03-12T11:29:00Z</dcterms:created>
  <dcterms:modified xsi:type="dcterms:W3CDTF">2025-03-12T11:29:00Z</dcterms:modified>
</cp:coreProperties>
</file>